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D82A89" w14:textId="77777777" w:rsidR="004652C2" w:rsidRDefault="00962B0E">
      <w:pPr>
        <w:pStyle w:val="Heading1"/>
      </w:pPr>
      <w:r>
        <w:t>Catholic Craft Show Vendor Application Form</w:t>
      </w:r>
    </w:p>
    <w:p w14:paraId="64E489C2" w14:textId="77777777" w:rsidR="004652C2" w:rsidRDefault="00962B0E">
      <w:pPr>
        <w:pStyle w:val="Heading2"/>
      </w:pPr>
      <w:r>
        <w:t>Event Information</w:t>
      </w:r>
    </w:p>
    <w:p w14:paraId="08B3F0F4" w14:textId="77777777" w:rsidR="00EE5A77" w:rsidRDefault="00962B0E" w:rsidP="00EE5A77">
      <w:pPr>
        <w:spacing w:after="0"/>
      </w:pPr>
      <w:r>
        <w:t xml:space="preserve">Event Name: </w:t>
      </w:r>
      <w:r w:rsidR="00EE5A77">
        <w:t>Our Lady of the Lake Christmas Festival</w:t>
      </w:r>
    </w:p>
    <w:p w14:paraId="2E85B5F6" w14:textId="2C8BC6AC" w:rsidR="004652C2" w:rsidRDefault="00962B0E">
      <w:r>
        <w:t xml:space="preserve">Date &amp; Time: </w:t>
      </w:r>
      <w:r w:rsidR="00EE5A77">
        <w:t>December 1</w:t>
      </w:r>
      <w:r w:rsidR="00CA3E43">
        <w:t>8</w:t>
      </w:r>
      <w:r w:rsidR="00EE5A77" w:rsidRPr="00EE5A77">
        <w:rPr>
          <w:vertAlign w:val="superscript"/>
        </w:rPr>
        <w:t>th</w:t>
      </w:r>
      <w:r w:rsidR="002B3DD6">
        <w:t xml:space="preserve">, 2026 </w:t>
      </w:r>
      <w:r w:rsidR="00EE5A77">
        <w:t>at 1</w:t>
      </w:r>
      <w:r w:rsidR="00CA3E43">
        <w:t>0</w:t>
      </w:r>
      <w:r w:rsidR="00EE5A77">
        <w:t>:00 AM – 5:00 PM</w:t>
      </w:r>
      <w:r>
        <w:br/>
        <w:t xml:space="preserve">Location: </w:t>
      </w:r>
      <w:r w:rsidR="00EE5A77">
        <w:t>Our Lady of the Lake Regional Catholic School</w:t>
      </w:r>
      <w:r>
        <w:br/>
      </w:r>
      <w:r>
        <w:br/>
        <w:t>Vendor Fee: $</w:t>
      </w:r>
      <w:r w:rsidR="00CA3E43">
        <w:t>30</w:t>
      </w:r>
      <w:r>
        <w:t xml:space="preserve"> per table</w:t>
      </w:r>
      <w:r>
        <w:br/>
        <w:t>(Payment must be received to reserve your space.)</w:t>
      </w:r>
    </w:p>
    <w:p w14:paraId="5AA27A14" w14:textId="77777777" w:rsidR="004652C2" w:rsidRDefault="00962B0E">
      <w:pPr>
        <w:pStyle w:val="Heading2"/>
      </w:pPr>
      <w:r>
        <w:t>Vendor Information</w:t>
      </w:r>
    </w:p>
    <w:p w14:paraId="263237B2" w14:textId="0DF212F2" w:rsidR="004652C2" w:rsidRDefault="00962B0E">
      <w:r>
        <w:t>Name: __________________________________________</w:t>
      </w:r>
      <w:r w:rsidR="00EE5A77">
        <w:t>_______________________________________________________</w:t>
      </w:r>
      <w:r>
        <w:br/>
        <w:t>Business Name (if applicable): _____________________</w:t>
      </w:r>
      <w:r w:rsidR="00EE5A77">
        <w:t>_________________________________________________</w:t>
      </w:r>
      <w:r>
        <w:br/>
        <w:t>Address: ________________________________________</w:t>
      </w:r>
      <w:r w:rsidR="00CA3E43">
        <w:t>_______________________________________________________</w:t>
      </w:r>
      <w:r>
        <w:br/>
        <w:t>City/State/ZIP: _________________________________</w:t>
      </w:r>
      <w:r w:rsidR="00CA3E43">
        <w:t>_____________________________________________________</w:t>
      </w:r>
      <w:r>
        <w:t>_</w:t>
      </w:r>
      <w:r>
        <w:br/>
        <w:t>Phone: _________________________________________</w:t>
      </w:r>
      <w:r w:rsidR="00CA3E43">
        <w:t>______________________________________________________</w:t>
      </w:r>
      <w:r>
        <w:t>_</w:t>
      </w:r>
      <w:r>
        <w:br/>
        <w:t>Email: __________________________________________</w:t>
      </w:r>
      <w:r w:rsidR="00CA3E43">
        <w:t>_______________________________________________________</w:t>
      </w:r>
    </w:p>
    <w:p w14:paraId="6F8F66C0" w14:textId="77777777" w:rsidR="004652C2" w:rsidRDefault="00962B0E">
      <w:pPr>
        <w:pStyle w:val="Heading2"/>
      </w:pPr>
      <w:r>
        <w:t>Booth Details</w:t>
      </w:r>
    </w:p>
    <w:p w14:paraId="6B65D1B4" w14:textId="61F3863E" w:rsidR="004652C2" w:rsidRDefault="00962B0E">
      <w:r>
        <w:t>Number of Tables Requested: ☐ 1 ☐ 2 ☐ Other: _______</w:t>
      </w:r>
      <w:r>
        <w:br/>
        <w:t>Total Fee: $________ ($</w:t>
      </w:r>
      <w:r w:rsidR="00CA3E43">
        <w:t>30</w:t>
      </w:r>
      <w:r>
        <w:t xml:space="preserve"> per table)</w:t>
      </w:r>
      <w:r>
        <w:br/>
      </w:r>
      <w:r>
        <w:br/>
        <w:t>Description of Items You Will Be Selling:</w:t>
      </w:r>
      <w:r>
        <w:br/>
        <w:t>___________________________________________________</w:t>
      </w:r>
      <w:r w:rsidR="00CA3E43">
        <w:t>_____________________________________________________</w:t>
      </w:r>
      <w:r>
        <w:t>_</w:t>
      </w:r>
      <w:r>
        <w:br/>
        <w:t>___________________________________________________</w:t>
      </w:r>
      <w:r w:rsidR="00CA3E43">
        <w:t>_____________________________________________________</w:t>
      </w:r>
      <w:r>
        <w:t>_</w:t>
      </w:r>
      <w:r>
        <w:br/>
        <w:t>___________________________________________________</w:t>
      </w:r>
      <w:r w:rsidR="00CA3E43">
        <w:t>_____________________________________________________</w:t>
      </w:r>
      <w:r>
        <w:t>_</w:t>
      </w:r>
      <w:r>
        <w:br/>
        <w:t>(Please be specific—handcrafted goods, religious art, jewelry, baked goods, etc.)</w:t>
      </w:r>
    </w:p>
    <w:p w14:paraId="3C2ACD45" w14:textId="77777777" w:rsidR="004652C2" w:rsidRDefault="00962B0E">
      <w:pPr>
        <w:pStyle w:val="Heading2"/>
      </w:pPr>
      <w:r>
        <w:t>Faith Alignment Disclosure</w:t>
      </w:r>
    </w:p>
    <w:p w14:paraId="511192AD" w14:textId="59089AE4" w:rsidR="004652C2" w:rsidRDefault="00962B0E">
      <w:r>
        <w:t>Our event celebrates creativity rooted in the Christian faith. To ensure that all vendors align with this mission:</w:t>
      </w:r>
      <w:r>
        <w:br/>
      </w:r>
      <w:r>
        <w:br/>
        <w:t>☐ I acknowledge that my products, displays, and conduct reflect values consistent with the Christian faith.</w:t>
      </w:r>
      <w:r>
        <w:br/>
        <w:t>☐ I understand that event organizers reserve the right to decline or remove vendors whose materials or behavior conflict with these values.</w:t>
      </w:r>
      <w:r>
        <w:br/>
      </w:r>
      <w:r>
        <w:br/>
        <w:t>Signature: _____________________________________</w:t>
      </w:r>
      <w:r w:rsidR="00CA3E43">
        <w:t>_____________________________________________________</w:t>
      </w:r>
      <w:r>
        <w:t>_</w:t>
      </w:r>
      <w:r>
        <w:br/>
        <w:t>Date: __________________</w:t>
      </w:r>
      <w:r w:rsidR="00CA3E43">
        <w:t>_________</w:t>
      </w:r>
      <w:r>
        <w:t>_</w:t>
      </w:r>
    </w:p>
    <w:p w14:paraId="2A34E30C" w14:textId="77777777" w:rsidR="004652C2" w:rsidRDefault="00962B0E">
      <w:pPr>
        <w:pStyle w:val="Heading2"/>
      </w:pPr>
      <w:r>
        <w:t>Payment Information</w:t>
      </w:r>
    </w:p>
    <w:p w14:paraId="34EB73EB" w14:textId="04D9F567" w:rsidR="00686279" w:rsidRDefault="00962B0E">
      <w:r>
        <w:t>Vendor Fee: $</w:t>
      </w:r>
      <w:r w:rsidR="00CA3E43">
        <w:t>30</w:t>
      </w:r>
      <w:r>
        <w:t xml:space="preserve"> per table</w:t>
      </w:r>
      <w:r>
        <w:br/>
        <w:t xml:space="preserve">Payment due by: </w:t>
      </w:r>
      <w:r w:rsidR="00CA3E43">
        <w:t>December 1, 2026</w:t>
      </w:r>
      <w:r w:rsidR="00686279">
        <w:t xml:space="preserve">. </w:t>
      </w:r>
      <w:r w:rsidR="00686279" w:rsidRPr="00686279">
        <w:rPr>
          <w:b/>
          <w:bCs/>
        </w:rPr>
        <w:t xml:space="preserve">Mail </w:t>
      </w:r>
      <w:r w:rsidR="00686279">
        <w:rPr>
          <w:b/>
          <w:bCs/>
        </w:rPr>
        <w:t xml:space="preserve">Check </w:t>
      </w:r>
      <w:r w:rsidR="00686279" w:rsidRPr="00686279">
        <w:rPr>
          <w:b/>
          <w:bCs/>
        </w:rPr>
        <w:t>to</w:t>
      </w:r>
      <w:r w:rsidR="00686279">
        <w:rPr>
          <w:b/>
          <w:bCs/>
        </w:rPr>
        <w:t xml:space="preserve">: </w:t>
      </w:r>
      <w:r w:rsidR="00686279" w:rsidRPr="00686279">
        <w:rPr>
          <w:b/>
          <w:bCs/>
        </w:rPr>
        <w:t xml:space="preserve"> </w:t>
      </w:r>
      <w:r w:rsidR="00686279">
        <w:rPr>
          <w:b/>
          <w:bCs/>
        </w:rPr>
        <w:t xml:space="preserve">OLLRCS, </w:t>
      </w:r>
      <w:r w:rsidR="00686279" w:rsidRPr="00686279">
        <w:rPr>
          <w:b/>
          <w:bCs/>
        </w:rPr>
        <w:t>P</w:t>
      </w:r>
      <w:r w:rsidR="00686279">
        <w:rPr>
          <w:b/>
          <w:bCs/>
        </w:rPr>
        <w:t>O</w:t>
      </w:r>
      <w:r w:rsidR="00686279" w:rsidRPr="00686279">
        <w:rPr>
          <w:b/>
          <w:bCs/>
        </w:rPr>
        <w:t xml:space="preserve"> Box 800, Prudenville, MI 48651</w:t>
      </w:r>
      <w:r>
        <w:br/>
        <w:t xml:space="preserve">☐ Cash ☐ Check (Payable to: </w:t>
      </w:r>
      <w:r w:rsidR="00CA3E43" w:rsidRPr="00CA3E43">
        <w:rPr>
          <w:b/>
          <w:bCs/>
        </w:rPr>
        <w:t xml:space="preserve">OLLRCS </w:t>
      </w:r>
      <w:r w:rsidR="00CA3E43" w:rsidRPr="00CA3E43">
        <w:t>(</w:t>
      </w:r>
      <w:r w:rsidR="00CA3E43">
        <w:t>Our Lady of the Lake Regional Catholic School)</w:t>
      </w:r>
      <w:r>
        <w:t xml:space="preserve">) </w:t>
      </w:r>
    </w:p>
    <w:p w14:paraId="2411AE47" w14:textId="77777777" w:rsidR="004652C2" w:rsidRDefault="00962B0E">
      <w:pPr>
        <w:pStyle w:val="Heading2"/>
      </w:pPr>
      <w:r>
        <w:t>Additional Notes</w:t>
      </w:r>
    </w:p>
    <w:p w14:paraId="555790B7" w14:textId="62375CAF" w:rsidR="004652C2" w:rsidRDefault="00962B0E">
      <w:r>
        <w:t xml:space="preserve">- Setup time begins at: </w:t>
      </w:r>
      <w:r w:rsidR="00CA3E43">
        <w:t>8</w:t>
      </w:r>
      <w:r w:rsidR="00EE5A77">
        <w:t>:00 AM</w:t>
      </w:r>
      <w:r>
        <w:br/>
        <w:t>- Tables and chairs are provided (unless otherwise noted).</w:t>
      </w:r>
      <w:r>
        <w:br/>
        <w:t>- Please bring your own table covering and signage.</w:t>
      </w:r>
      <w:r>
        <w:br/>
        <w:t>- No electricity unless pre-arranged.</w:t>
      </w:r>
    </w:p>
    <w:sectPr w:rsidR="004652C2" w:rsidSect="00CA3E43">
      <w:pgSz w:w="12240" w:h="15840"/>
      <w:pgMar w:top="173" w:right="1080" w:bottom="173" w:left="1080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5CEF04" w14:textId="77777777" w:rsidR="00E13F5B" w:rsidRDefault="00E13F5B" w:rsidP="00CA3E43">
      <w:pPr>
        <w:spacing w:after="0" w:line="240" w:lineRule="auto"/>
      </w:pPr>
      <w:r>
        <w:separator/>
      </w:r>
    </w:p>
  </w:endnote>
  <w:endnote w:type="continuationSeparator" w:id="0">
    <w:p w14:paraId="3E9EB61F" w14:textId="77777777" w:rsidR="00E13F5B" w:rsidRDefault="00E13F5B" w:rsidP="00CA3E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C60E95" w14:textId="77777777" w:rsidR="00E13F5B" w:rsidRDefault="00E13F5B" w:rsidP="00CA3E43">
      <w:pPr>
        <w:spacing w:after="0" w:line="240" w:lineRule="auto"/>
      </w:pPr>
      <w:r>
        <w:separator/>
      </w:r>
    </w:p>
  </w:footnote>
  <w:footnote w:type="continuationSeparator" w:id="0">
    <w:p w14:paraId="7D957D3D" w14:textId="77777777" w:rsidR="00E13F5B" w:rsidRDefault="00E13F5B" w:rsidP="00CA3E4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80088225">
    <w:abstractNumId w:val="8"/>
  </w:num>
  <w:num w:numId="2" w16cid:durableId="144511114">
    <w:abstractNumId w:val="6"/>
  </w:num>
  <w:num w:numId="3" w16cid:durableId="887306466">
    <w:abstractNumId w:val="5"/>
  </w:num>
  <w:num w:numId="4" w16cid:durableId="994378498">
    <w:abstractNumId w:val="4"/>
  </w:num>
  <w:num w:numId="5" w16cid:durableId="1605108469">
    <w:abstractNumId w:val="7"/>
  </w:num>
  <w:num w:numId="6" w16cid:durableId="1394308647">
    <w:abstractNumId w:val="3"/>
  </w:num>
  <w:num w:numId="7" w16cid:durableId="39793066">
    <w:abstractNumId w:val="2"/>
  </w:num>
  <w:num w:numId="8" w16cid:durableId="781535101">
    <w:abstractNumId w:val="1"/>
  </w:num>
  <w:num w:numId="9" w16cid:durableId="18640526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2B3DD6"/>
    <w:rsid w:val="00326F90"/>
    <w:rsid w:val="004652C2"/>
    <w:rsid w:val="005D5888"/>
    <w:rsid w:val="00610B97"/>
    <w:rsid w:val="00686279"/>
    <w:rsid w:val="007F1C25"/>
    <w:rsid w:val="00962B0E"/>
    <w:rsid w:val="00AA1D8D"/>
    <w:rsid w:val="00B47730"/>
    <w:rsid w:val="00CA3E43"/>
    <w:rsid w:val="00CB0664"/>
    <w:rsid w:val="00E13F5B"/>
    <w:rsid w:val="00EE5A7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7AAC1A00"/>
  <w14:defaultImageDpi w14:val="300"/>
  <w15:docId w15:val="{CCDEFF41-537A-204E-947D-E4C5C0101F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236</Words>
  <Characters>2207</Characters>
  <Application>Microsoft Office Word</Application>
  <DocSecurity>0</DocSecurity>
  <Lines>44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2428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Jessica Sandoval</cp:lastModifiedBy>
  <cp:revision>4</cp:revision>
  <cp:lastPrinted>2026-09-25T15:55:00Z</cp:lastPrinted>
  <dcterms:created xsi:type="dcterms:W3CDTF">2026-09-25T15:52:00Z</dcterms:created>
  <dcterms:modified xsi:type="dcterms:W3CDTF">2026-09-25T19:18:00Z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be5d28a2-d246-49a8-a9cf-df8ff33ac530</vt:lpwstr>
  </property>
</Properties>
</file>